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DE7AED" w14:textId="044A9D4E" w:rsidR="007265B1" w:rsidRPr="002950FC" w:rsidRDefault="00000000" w:rsidP="00835221">
      <w:pPr>
        <w:keepNext/>
        <w:spacing w:after="200"/>
        <w:jc w:val="center"/>
        <w:rPr>
          <w:rFonts w:ascii="Calibri" w:hAnsi="Calibri" w:cs="Calibri"/>
          <w:sz w:val="32"/>
          <w:szCs w:val="32"/>
          <w:lang w:val="es-ES_tradnl"/>
        </w:rPr>
      </w:pPr>
      <w:r w:rsidRPr="002950FC">
        <w:rPr>
          <w:rFonts w:ascii="Calibri" w:hAnsi="Calibri" w:cs="Calibri"/>
          <w:b/>
          <w:sz w:val="32"/>
          <w:szCs w:val="32"/>
          <w:lang w:val="es-ES_tradnl"/>
        </w:rPr>
        <w:t>Consentimiento informado para participar en entrevista</w:t>
      </w:r>
      <w:r w:rsidR="00835221" w:rsidRPr="002950FC">
        <w:rPr>
          <w:rFonts w:ascii="Calibri" w:hAnsi="Calibri" w:cs="Calibri"/>
          <w:b/>
          <w:sz w:val="32"/>
          <w:szCs w:val="32"/>
          <w:lang w:val="es-ES_tradnl"/>
        </w:rPr>
        <w:t xml:space="preserve"> de </w:t>
      </w:r>
      <w:r w:rsidR="00014BE7" w:rsidRPr="002950FC">
        <w:rPr>
          <w:rFonts w:ascii="Calibri" w:hAnsi="Calibri" w:cs="Calibri"/>
          <w:b/>
          <w:sz w:val="32"/>
          <w:szCs w:val="32"/>
          <w:lang w:val="es-ES_tradnl"/>
        </w:rPr>
        <w:t>investigación</w:t>
      </w:r>
    </w:p>
    <w:p w14:paraId="6B1EC570" w14:textId="77777777" w:rsidR="007265B1" w:rsidRPr="002950FC" w:rsidRDefault="00000000" w:rsidP="00835221">
      <w:pPr>
        <w:spacing w:after="40"/>
        <w:rPr>
          <w:rFonts w:ascii="Calibri" w:hAnsi="Calibri" w:cs="Calibri"/>
          <w:sz w:val="22"/>
          <w:lang w:val="es-ES_tradnl"/>
        </w:rPr>
      </w:pPr>
      <w:r w:rsidRPr="002950FC">
        <w:rPr>
          <w:rFonts w:ascii="Calibri" w:hAnsi="Calibri" w:cs="Calibri"/>
          <w:b/>
          <w:sz w:val="22"/>
          <w:lang w:val="es-ES_tradnl"/>
        </w:rPr>
        <w:t xml:space="preserve">Investigación: </w:t>
      </w:r>
      <w:r w:rsidRPr="002950FC">
        <w:rPr>
          <w:rFonts w:ascii="Calibri" w:hAnsi="Calibri" w:cs="Calibri"/>
          <w:sz w:val="22"/>
          <w:lang w:val="es-ES_tradnl"/>
        </w:rPr>
        <w:t>Percepciones académicas sobre formación y evaluación universitaria frente a la inteligencia artificial generativa</w:t>
      </w:r>
    </w:p>
    <w:p w14:paraId="168956BF" w14:textId="77777777" w:rsidR="007265B1" w:rsidRPr="002950FC" w:rsidRDefault="00000000" w:rsidP="00835221">
      <w:pPr>
        <w:spacing w:after="40"/>
        <w:rPr>
          <w:rFonts w:ascii="Calibri" w:hAnsi="Calibri" w:cs="Calibri"/>
          <w:sz w:val="22"/>
          <w:lang w:val="es-ES_tradnl"/>
        </w:rPr>
      </w:pPr>
      <w:r w:rsidRPr="002950FC">
        <w:rPr>
          <w:rFonts w:ascii="Calibri" w:hAnsi="Calibri" w:cs="Calibri"/>
          <w:b/>
          <w:sz w:val="22"/>
          <w:lang w:val="es-ES_tradnl"/>
        </w:rPr>
        <w:t xml:space="preserve">Investigadores: </w:t>
      </w:r>
      <w:r w:rsidRPr="002950FC">
        <w:rPr>
          <w:rFonts w:ascii="Calibri" w:hAnsi="Calibri" w:cs="Calibri"/>
          <w:sz w:val="22"/>
          <w:lang w:val="es-ES_tradnl"/>
        </w:rPr>
        <w:t>Paula Wustner Monsalve y Carlos Zepeda Díaz</w:t>
      </w:r>
    </w:p>
    <w:p w14:paraId="2DD19702" w14:textId="77777777" w:rsidR="007265B1" w:rsidRPr="002950FC" w:rsidRDefault="00000000" w:rsidP="00835221">
      <w:pPr>
        <w:spacing w:after="40"/>
        <w:rPr>
          <w:rFonts w:ascii="Calibri" w:hAnsi="Calibri" w:cs="Calibri"/>
          <w:sz w:val="22"/>
          <w:lang w:val="es-ES_tradnl"/>
        </w:rPr>
      </w:pPr>
      <w:r w:rsidRPr="002950FC">
        <w:rPr>
          <w:rFonts w:ascii="Calibri" w:hAnsi="Calibri" w:cs="Calibri"/>
          <w:b/>
          <w:sz w:val="22"/>
          <w:lang w:val="es-ES_tradnl"/>
        </w:rPr>
        <w:t xml:space="preserve">Programa: </w:t>
      </w:r>
      <w:r w:rsidRPr="002950FC">
        <w:rPr>
          <w:rFonts w:ascii="Calibri" w:hAnsi="Calibri" w:cs="Calibri"/>
          <w:sz w:val="22"/>
          <w:lang w:val="es-ES_tradnl"/>
        </w:rPr>
        <w:t>Magíster en Docencia para la Educación Superior, Universidad Central de Chile</w:t>
      </w:r>
    </w:p>
    <w:p w14:paraId="5C9AF55A" w14:textId="77777777" w:rsidR="007265B1" w:rsidRPr="002950FC" w:rsidRDefault="00000000" w:rsidP="00835221">
      <w:pPr>
        <w:spacing w:after="40"/>
        <w:rPr>
          <w:rFonts w:ascii="Calibri" w:hAnsi="Calibri" w:cs="Calibri"/>
          <w:sz w:val="22"/>
          <w:lang w:val="es-ES_tradnl"/>
        </w:rPr>
      </w:pPr>
      <w:r w:rsidRPr="002950FC">
        <w:rPr>
          <w:rFonts w:ascii="Calibri" w:hAnsi="Calibri" w:cs="Calibri"/>
          <w:b/>
          <w:sz w:val="22"/>
          <w:lang w:val="es-ES_tradnl"/>
        </w:rPr>
        <w:t xml:space="preserve">Profesora guía: </w:t>
      </w:r>
      <w:r w:rsidRPr="002950FC">
        <w:rPr>
          <w:rFonts w:ascii="Calibri" w:hAnsi="Calibri" w:cs="Calibri"/>
          <w:sz w:val="22"/>
          <w:lang w:val="es-ES_tradnl"/>
        </w:rPr>
        <w:t>Margarita Aravena Gaete</w:t>
      </w:r>
    </w:p>
    <w:p w14:paraId="3FC35E6E" w14:textId="067E4C0C" w:rsidR="007265B1" w:rsidRPr="002950FC" w:rsidRDefault="00000000" w:rsidP="00835221">
      <w:pPr>
        <w:spacing w:after="40"/>
        <w:rPr>
          <w:rFonts w:ascii="Calibri" w:hAnsi="Calibri" w:cs="Calibri"/>
          <w:sz w:val="22"/>
          <w:lang w:val="es-ES_tradnl"/>
        </w:rPr>
      </w:pPr>
      <w:r w:rsidRPr="002950FC">
        <w:rPr>
          <w:rFonts w:ascii="Calibri" w:hAnsi="Calibri" w:cs="Calibri"/>
          <w:b/>
          <w:sz w:val="22"/>
          <w:lang w:val="es-ES_tradnl"/>
        </w:rPr>
        <w:t xml:space="preserve">Contacto: </w:t>
      </w:r>
      <w:r w:rsidRPr="002950FC">
        <w:rPr>
          <w:rFonts w:ascii="Calibri" w:hAnsi="Calibri" w:cs="Calibri"/>
          <w:sz w:val="22"/>
          <w:lang w:val="es-ES_tradnl"/>
        </w:rPr>
        <w:t>entrevista</w:t>
      </w:r>
      <w:r w:rsidR="00725F34">
        <w:rPr>
          <w:rFonts w:ascii="Calibri" w:hAnsi="Calibri" w:cs="Calibri"/>
          <w:sz w:val="22"/>
          <w:lang w:val="es-ES_tradnl"/>
        </w:rPr>
        <w:t>s</w:t>
      </w:r>
      <w:r w:rsidRPr="002950FC">
        <w:rPr>
          <w:rFonts w:ascii="Calibri" w:hAnsi="Calibri" w:cs="Calibri"/>
          <w:sz w:val="22"/>
          <w:lang w:val="es-ES_tradnl"/>
        </w:rPr>
        <w:t>@carloszepeda.cl</w:t>
      </w:r>
    </w:p>
    <w:p w14:paraId="3B597A62" w14:textId="77777777" w:rsidR="007265B1" w:rsidRPr="002950FC" w:rsidRDefault="00000000" w:rsidP="00835221">
      <w:pPr>
        <w:pStyle w:val="Ttulo1"/>
        <w:rPr>
          <w:rFonts w:ascii="Calibri" w:hAnsi="Calibri" w:cs="Calibri"/>
          <w:sz w:val="22"/>
          <w:szCs w:val="22"/>
          <w:lang w:val="es-ES_tradnl"/>
        </w:rPr>
      </w:pPr>
      <w:r w:rsidRPr="002950FC">
        <w:rPr>
          <w:rFonts w:ascii="Calibri" w:hAnsi="Calibri" w:cs="Calibri"/>
          <w:sz w:val="22"/>
          <w:szCs w:val="22"/>
          <w:lang w:val="es-ES_tradnl"/>
        </w:rPr>
        <w:t>Invitación y propósito</w:t>
      </w:r>
    </w:p>
    <w:p w14:paraId="72B8CBED" w14:textId="77777777"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Le invitamos a participar en una investigación que busca interpretar las percepciones y experiencias de docentes de educación superior en Chile respecto del uso de inteligencia artificial generativa en los procesos formativos y evaluativos. El estudio examinará usos, decisiones docentes, oportunidades, tensiones y necesidades de preparación y apoyo institucional. No evaluará su desempeño ni el de sus estudiantes o institución.</w:t>
      </w:r>
    </w:p>
    <w:p w14:paraId="36744A7E" w14:textId="77777777" w:rsidR="007265B1" w:rsidRPr="002950FC" w:rsidRDefault="00000000" w:rsidP="00835221">
      <w:pPr>
        <w:pStyle w:val="Ttulo1"/>
        <w:rPr>
          <w:rFonts w:ascii="Calibri" w:hAnsi="Calibri" w:cs="Calibri"/>
          <w:sz w:val="22"/>
          <w:szCs w:val="22"/>
          <w:lang w:val="es-ES_tradnl"/>
        </w:rPr>
      </w:pPr>
      <w:r w:rsidRPr="002950FC">
        <w:rPr>
          <w:rFonts w:ascii="Calibri" w:hAnsi="Calibri" w:cs="Calibri"/>
          <w:sz w:val="22"/>
          <w:szCs w:val="22"/>
          <w:lang w:val="es-ES_tradnl"/>
        </w:rPr>
        <w:t>En qué consiste su participación</w:t>
      </w:r>
    </w:p>
    <w:p w14:paraId="265AA64E" w14:textId="60A5BAC1"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Si acepta, participará en una entrevista individual semiestructurada de aproximadamente 40 a 50 minutos, de forma remota o</w:t>
      </w:r>
      <w:r w:rsidR="00835221" w:rsidRPr="002950FC">
        <w:rPr>
          <w:rFonts w:ascii="Calibri" w:hAnsi="Calibri" w:cs="Calibri"/>
          <w:sz w:val="22"/>
          <w:lang w:val="es-ES_tradnl"/>
        </w:rPr>
        <w:t xml:space="preserve"> </w:t>
      </w:r>
      <w:r w:rsidRPr="002950FC">
        <w:rPr>
          <w:rFonts w:ascii="Calibri" w:hAnsi="Calibri" w:cs="Calibri"/>
          <w:sz w:val="22"/>
          <w:lang w:val="es-ES_tradnl"/>
        </w:rPr>
        <w:t>presencial. Podrá conocer previamente las preguntas principales. Durante la conversación podrían solicitarse aclaraciones o ejemplos relacionados con sus respuestas. También se le pedirán antecedentes generales para contextualizar su experiencia, como área disciplinar, nivel en que ejerce docencia, años de experiencia y cargo o función actual.</w:t>
      </w:r>
    </w:p>
    <w:p w14:paraId="7EAAD2B4" w14:textId="77777777"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No existen respuestas correctas o incorrectas. Puede omitir cualquier pregunta, pedir una pausa o terminar la entrevista. Le solicitamos no mencionar nombres de estudiantes, colegas u otros antecedentes que permitan identificar a terceras personas.</w:t>
      </w:r>
    </w:p>
    <w:p w14:paraId="7A623175" w14:textId="2DFACC4E" w:rsidR="007265B1" w:rsidRPr="002950FC" w:rsidRDefault="00000000" w:rsidP="00835221">
      <w:pPr>
        <w:pStyle w:val="Ttulo1"/>
        <w:rPr>
          <w:rFonts w:ascii="Calibri" w:hAnsi="Calibri" w:cs="Calibri"/>
          <w:sz w:val="22"/>
          <w:szCs w:val="22"/>
          <w:lang w:val="es-ES_tradnl"/>
        </w:rPr>
      </w:pPr>
      <w:r w:rsidRPr="002950FC">
        <w:rPr>
          <w:rFonts w:ascii="Calibri" w:hAnsi="Calibri" w:cs="Calibri"/>
          <w:sz w:val="22"/>
          <w:szCs w:val="22"/>
          <w:lang w:val="es-ES_tradnl"/>
        </w:rPr>
        <w:t>Grabación</w:t>
      </w:r>
    </w:p>
    <w:p w14:paraId="24104F44" w14:textId="097C9E16"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Se solicitará por separado su autorización para grabar la entrevista. La grabación permitirá elaborar y revisar la transcripción utilizada en el análisis. Si no autoriza la grabación, el equipo investigador confirmará si es posible realizar la entrevista tomando notas, conforme al procedimiento del estudio. Al iniciar el encuentro se confirmarán verbalmente su participación y su decisión sobre la grabación. No se grabará la conversación sin su autorización.</w:t>
      </w:r>
    </w:p>
    <w:p w14:paraId="20BD9DA0" w14:textId="77777777" w:rsidR="007265B1" w:rsidRPr="002950FC" w:rsidRDefault="00000000" w:rsidP="00835221">
      <w:pPr>
        <w:pStyle w:val="Ttulo1"/>
        <w:rPr>
          <w:rFonts w:ascii="Calibri" w:hAnsi="Calibri" w:cs="Calibri"/>
          <w:sz w:val="22"/>
          <w:szCs w:val="22"/>
          <w:lang w:val="es-ES_tradnl"/>
        </w:rPr>
      </w:pPr>
      <w:r w:rsidRPr="002950FC">
        <w:rPr>
          <w:rFonts w:ascii="Calibri" w:hAnsi="Calibri" w:cs="Calibri"/>
          <w:sz w:val="22"/>
          <w:szCs w:val="22"/>
          <w:lang w:val="es-ES_tradnl"/>
        </w:rPr>
        <w:t>Riesgos y beneficios</w:t>
      </w:r>
    </w:p>
    <w:p w14:paraId="2554C643" w14:textId="77777777"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Hablar sobre prácticas de evaluación o situaciones de integridad académica podría causarle incomodidad. Puede evitar cualquier tema que prefiera no abordar. No se garantiza un beneficio personal directo. La información aportada puede contribuir a comprender necesidades de formación docente y apoyo institucional.</w:t>
      </w:r>
    </w:p>
    <w:p w14:paraId="4046C897" w14:textId="77777777" w:rsidR="007265B1" w:rsidRPr="002950FC" w:rsidRDefault="00000000" w:rsidP="00835221">
      <w:pPr>
        <w:pStyle w:val="Ttulo1"/>
        <w:rPr>
          <w:rFonts w:ascii="Calibri" w:hAnsi="Calibri" w:cs="Calibri"/>
          <w:sz w:val="22"/>
          <w:szCs w:val="22"/>
          <w:lang w:val="es-ES_tradnl"/>
        </w:rPr>
      </w:pPr>
      <w:r w:rsidRPr="002950FC">
        <w:rPr>
          <w:rFonts w:ascii="Calibri" w:hAnsi="Calibri" w:cs="Calibri"/>
          <w:sz w:val="22"/>
          <w:szCs w:val="22"/>
          <w:lang w:val="es-ES_tradnl"/>
        </w:rPr>
        <w:t>Confidencialidad y tratamiento de datos</w:t>
      </w:r>
    </w:p>
    <w:p w14:paraId="768A10EF" w14:textId="77777777"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 xml:space="preserve">A su entrevista se le asignará un código. La lista que relaciona ese código con su identidad se conservará separada de las transcripciones y tendrá acceso restringido. Al revisar la transcripción, el equipo sustituirá nombres y detalles identificables por descriptores generales. Los resultados podrán incluir citas breves </w:t>
      </w:r>
      <w:proofErr w:type="spellStart"/>
      <w:r w:rsidRPr="002950FC">
        <w:rPr>
          <w:rFonts w:ascii="Calibri" w:hAnsi="Calibri" w:cs="Calibri"/>
          <w:sz w:val="22"/>
          <w:lang w:val="es-ES_tradnl"/>
        </w:rPr>
        <w:lastRenderedPageBreak/>
        <w:t>seudonimizadas</w:t>
      </w:r>
      <w:proofErr w:type="spellEnd"/>
      <w:r w:rsidRPr="002950FC">
        <w:rPr>
          <w:rFonts w:ascii="Calibri" w:hAnsi="Calibri" w:cs="Calibri"/>
          <w:sz w:val="22"/>
          <w:lang w:val="es-ES_tradnl"/>
        </w:rPr>
        <w:t>; antes de difundirlas se revisará si la combinación de cargo, disciplina, institución o circunstancias permitiría reconocer a alguna persona.</w:t>
      </w:r>
    </w:p>
    <w:p w14:paraId="29B896FD" w14:textId="3DFC98AC"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El consentimiento firmado, los datos de contacto, las grabaciones y las transcripciones se almacenarán en</w:t>
      </w:r>
      <w:r w:rsidR="00835221" w:rsidRPr="002950FC">
        <w:rPr>
          <w:rFonts w:ascii="Calibri" w:hAnsi="Calibri" w:cs="Calibri"/>
          <w:sz w:val="22"/>
          <w:lang w:val="es-ES_tradnl"/>
        </w:rPr>
        <w:t xml:space="preserve"> servicio de servidor privado alojado en Chile</w:t>
      </w:r>
      <w:r w:rsidRPr="002950FC">
        <w:rPr>
          <w:rFonts w:ascii="Calibri" w:hAnsi="Calibri" w:cs="Calibri"/>
          <w:sz w:val="22"/>
          <w:lang w:val="es-ES_tradnl"/>
        </w:rPr>
        <w:t>. Tendrán acceso</w:t>
      </w:r>
      <w:r w:rsidR="00835221" w:rsidRPr="002950FC">
        <w:rPr>
          <w:rFonts w:ascii="Calibri" w:hAnsi="Calibri" w:cs="Calibri"/>
          <w:sz w:val="22"/>
          <w:lang w:val="es-ES_tradnl"/>
        </w:rPr>
        <w:t xml:space="preserve"> exclusivo los investigadores del estudio</w:t>
      </w:r>
      <w:r w:rsidRPr="002950FC">
        <w:rPr>
          <w:rFonts w:ascii="Calibri" w:hAnsi="Calibri" w:cs="Calibri"/>
          <w:sz w:val="22"/>
          <w:lang w:val="es-ES_tradnl"/>
        </w:rPr>
        <w:t>. Se conservarán durante</w:t>
      </w:r>
      <w:r w:rsidR="00835221" w:rsidRPr="002950FC">
        <w:rPr>
          <w:rFonts w:ascii="Calibri" w:hAnsi="Calibri" w:cs="Calibri"/>
          <w:sz w:val="22"/>
          <w:lang w:val="es-ES_tradnl"/>
        </w:rPr>
        <w:t xml:space="preserve"> un plazo máximo de 5 años a partir del momento en que se envié este documento</w:t>
      </w:r>
      <w:r w:rsidRPr="002950FC">
        <w:rPr>
          <w:rFonts w:ascii="Calibri" w:hAnsi="Calibri" w:cs="Calibri"/>
          <w:sz w:val="22"/>
          <w:lang w:val="es-ES_tradnl"/>
        </w:rPr>
        <w:t>, tras lo cual se eliminarán de forma segura o se anonimizarán conforme al protocolo aprobado.</w:t>
      </w:r>
    </w:p>
    <w:p w14:paraId="750D98E4" w14:textId="77777777" w:rsidR="007265B1" w:rsidRPr="002950FC" w:rsidRDefault="00000000" w:rsidP="00835221">
      <w:pPr>
        <w:pStyle w:val="Ttulo1"/>
        <w:rPr>
          <w:rFonts w:ascii="Calibri" w:hAnsi="Calibri" w:cs="Calibri"/>
          <w:sz w:val="22"/>
          <w:szCs w:val="22"/>
          <w:lang w:val="es-ES_tradnl"/>
        </w:rPr>
      </w:pPr>
      <w:r w:rsidRPr="002950FC">
        <w:rPr>
          <w:rFonts w:ascii="Calibri" w:hAnsi="Calibri" w:cs="Calibri"/>
          <w:sz w:val="22"/>
          <w:szCs w:val="22"/>
          <w:lang w:val="es-ES_tradnl"/>
        </w:rPr>
        <w:t>Voluntariedad y retiro</w:t>
      </w:r>
    </w:p>
    <w:p w14:paraId="25AF4775" w14:textId="36382B45"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Su participación es voluntaria.</w:t>
      </w:r>
      <w:r w:rsidR="00835221" w:rsidRPr="002950FC">
        <w:rPr>
          <w:rFonts w:ascii="Calibri" w:hAnsi="Calibri" w:cs="Calibri"/>
          <w:sz w:val="22"/>
          <w:lang w:val="es-ES_tradnl"/>
        </w:rPr>
        <w:t xml:space="preserve"> Ud. puede</w:t>
      </w:r>
      <w:r w:rsidRPr="002950FC">
        <w:rPr>
          <w:rFonts w:ascii="Calibri" w:hAnsi="Calibri" w:cs="Calibri"/>
          <w:sz w:val="22"/>
          <w:lang w:val="es-ES_tradnl"/>
        </w:rPr>
        <w:t xml:space="preserve"> </w:t>
      </w:r>
      <w:r w:rsidR="00835221" w:rsidRPr="002950FC">
        <w:rPr>
          <w:rFonts w:ascii="Calibri" w:hAnsi="Calibri" w:cs="Calibri"/>
          <w:sz w:val="22"/>
          <w:lang w:val="es-ES_tradnl"/>
        </w:rPr>
        <w:t>r</w:t>
      </w:r>
      <w:r w:rsidRPr="002950FC">
        <w:rPr>
          <w:rFonts w:ascii="Calibri" w:hAnsi="Calibri" w:cs="Calibri"/>
          <w:sz w:val="22"/>
          <w:lang w:val="es-ES_tradnl"/>
        </w:rPr>
        <w:t>echazar la invitación o interrumpir la entrevista. Puede solicitar el retiro de la información vinculada con su entrevista</w:t>
      </w:r>
      <w:r w:rsidR="00835221" w:rsidRPr="002950FC">
        <w:rPr>
          <w:rFonts w:ascii="Calibri" w:hAnsi="Calibri" w:cs="Calibri"/>
          <w:sz w:val="22"/>
          <w:lang w:val="es-ES_tradnl"/>
        </w:rPr>
        <w:t xml:space="preserve"> en cualquier momento que estime conveniente</w:t>
      </w:r>
      <w:r w:rsidRPr="002950FC">
        <w:rPr>
          <w:rFonts w:ascii="Calibri" w:hAnsi="Calibri" w:cs="Calibri"/>
          <w:sz w:val="22"/>
          <w:lang w:val="es-ES_tradnl"/>
        </w:rPr>
        <w:t>, escribiendo a entrevista</w:t>
      </w:r>
      <w:r w:rsidR="00725F34">
        <w:rPr>
          <w:rFonts w:ascii="Calibri" w:hAnsi="Calibri" w:cs="Calibri"/>
          <w:sz w:val="22"/>
          <w:lang w:val="es-ES_tradnl"/>
        </w:rPr>
        <w:t>s</w:t>
      </w:r>
      <w:r w:rsidRPr="002950FC">
        <w:rPr>
          <w:rFonts w:ascii="Calibri" w:hAnsi="Calibri" w:cs="Calibri"/>
          <w:sz w:val="22"/>
          <w:lang w:val="es-ES_tradnl"/>
        </w:rPr>
        <w:t xml:space="preserve">@carloszepeda.cl. El equipo localizará el material mediante el código asignado. Una vez anonimizado irreversiblemente, podría no ser posible identificarlo para </w:t>
      </w:r>
      <w:r w:rsidR="00835221" w:rsidRPr="002950FC">
        <w:rPr>
          <w:rFonts w:ascii="Calibri" w:hAnsi="Calibri" w:cs="Calibri"/>
          <w:sz w:val="22"/>
          <w:lang w:val="es-ES_tradnl"/>
        </w:rPr>
        <w:t xml:space="preserve">ser </w:t>
      </w:r>
      <w:r w:rsidRPr="002950FC">
        <w:rPr>
          <w:rFonts w:ascii="Calibri" w:hAnsi="Calibri" w:cs="Calibri"/>
          <w:sz w:val="22"/>
          <w:lang w:val="es-ES_tradnl"/>
        </w:rPr>
        <w:t>retira</w:t>
      </w:r>
      <w:r w:rsidR="00835221" w:rsidRPr="002950FC">
        <w:rPr>
          <w:rFonts w:ascii="Calibri" w:hAnsi="Calibri" w:cs="Calibri"/>
          <w:sz w:val="22"/>
          <w:lang w:val="es-ES_tradnl"/>
        </w:rPr>
        <w:t>do</w:t>
      </w:r>
      <w:r w:rsidRPr="002950FC">
        <w:rPr>
          <w:rFonts w:ascii="Calibri" w:hAnsi="Calibri" w:cs="Calibri"/>
          <w:sz w:val="22"/>
          <w:lang w:val="es-ES_tradnl"/>
        </w:rPr>
        <w:t>.</w:t>
      </w:r>
    </w:p>
    <w:p w14:paraId="50552B3F" w14:textId="77777777" w:rsidR="007265B1" w:rsidRPr="002950FC" w:rsidRDefault="00000000" w:rsidP="00835221">
      <w:pPr>
        <w:pStyle w:val="Ttulo1"/>
        <w:rPr>
          <w:rFonts w:ascii="Calibri" w:hAnsi="Calibri" w:cs="Calibri"/>
          <w:sz w:val="22"/>
          <w:szCs w:val="22"/>
          <w:lang w:val="es-ES_tradnl"/>
        </w:rPr>
      </w:pPr>
      <w:r w:rsidRPr="002950FC">
        <w:rPr>
          <w:rFonts w:ascii="Calibri" w:hAnsi="Calibri" w:cs="Calibri"/>
          <w:sz w:val="22"/>
          <w:szCs w:val="22"/>
          <w:lang w:val="es-ES_tradnl"/>
        </w:rPr>
        <w:t>Consultas</w:t>
      </w:r>
    </w:p>
    <w:p w14:paraId="6E68DE42" w14:textId="23E0D7C6"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Si tiene consultas sobre el estudio, su participación o el tratamiento de sus datos, escriba a entrevista</w:t>
      </w:r>
      <w:r w:rsidR="00725F34">
        <w:rPr>
          <w:rFonts w:ascii="Calibri" w:hAnsi="Calibri" w:cs="Calibri"/>
          <w:sz w:val="22"/>
          <w:lang w:val="es-ES_tradnl"/>
        </w:rPr>
        <w:t>s</w:t>
      </w:r>
      <w:r w:rsidRPr="002950FC">
        <w:rPr>
          <w:rFonts w:ascii="Calibri" w:hAnsi="Calibri" w:cs="Calibri"/>
          <w:sz w:val="22"/>
          <w:lang w:val="es-ES_tradnl"/>
        </w:rPr>
        <w:t>@carloszepeda.cl</w:t>
      </w:r>
      <w:r w:rsidR="00835221" w:rsidRPr="002950FC">
        <w:rPr>
          <w:rFonts w:ascii="Calibri" w:hAnsi="Calibri" w:cs="Calibri"/>
          <w:sz w:val="22"/>
          <w:lang w:val="es-ES_tradnl"/>
        </w:rPr>
        <w:t>.</w:t>
      </w:r>
    </w:p>
    <w:p w14:paraId="48238A07" w14:textId="77777777" w:rsidR="007265B1" w:rsidRPr="002950FC" w:rsidRDefault="00000000" w:rsidP="00835221">
      <w:pPr>
        <w:pStyle w:val="Ttulo1"/>
        <w:rPr>
          <w:rFonts w:ascii="Calibri" w:hAnsi="Calibri" w:cs="Calibri"/>
          <w:sz w:val="22"/>
          <w:szCs w:val="22"/>
          <w:lang w:val="es-ES_tradnl"/>
        </w:rPr>
      </w:pPr>
      <w:r w:rsidRPr="002950FC">
        <w:rPr>
          <w:rFonts w:ascii="Calibri" w:hAnsi="Calibri" w:cs="Calibri"/>
          <w:sz w:val="22"/>
          <w:szCs w:val="22"/>
          <w:lang w:val="es-ES_tradnl"/>
        </w:rPr>
        <w:t>Declaración de participación</w:t>
      </w:r>
    </w:p>
    <w:p w14:paraId="167318B8" w14:textId="190C9963"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Declaro que he leído este documento, que tuve oportunidad de formular preguntas y que acepto participar voluntariamente.</w:t>
      </w:r>
    </w:p>
    <w:p w14:paraId="58880D14" w14:textId="77777777" w:rsidR="007265B1" w:rsidRPr="002950FC" w:rsidRDefault="00000000" w:rsidP="00835221">
      <w:pPr>
        <w:rPr>
          <w:rFonts w:ascii="Calibri" w:hAnsi="Calibri" w:cs="Calibri"/>
          <w:sz w:val="22"/>
          <w:lang w:val="es-ES_tradnl"/>
        </w:rPr>
      </w:pPr>
      <w:r w:rsidRPr="002950FC">
        <w:rPr>
          <w:rFonts w:ascii="Segoe UI Symbol" w:hAnsi="Segoe UI Symbol" w:cs="Segoe UI Symbol"/>
          <w:sz w:val="22"/>
          <w:lang w:val="es-ES_tradnl"/>
        </w:rPr>
        <w:t>☐</w:t>
      </w:r>
      <w:r w:rsidRPr="002950FC">
        <w:rPr>
          <w:rFonts w:ascii="Calibri" w:hAnsi="Calibri" w:cs="Calibri"/>
          <w:sz w:val="22"/>
          <w:lang w:val="es-ES_tradnl"/>
        </w:rPr>
        <w:t xml:space="preserve"> Acepto participar en la entrevista.</w:t>
      </w:r>
    </w:p>
    <w:p w14:paraId="766AA7FB" w14:textId="77777777"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Nombre de la persona participante: ______________________________________________</w:t>
      </w:r>
    </w:p>
    <w:p w14:paraId="74BB41B7" w14:textId="77777777"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Firma: ______________________________________    Fecha: ____ / ____ / ______</w:t>
      </w:r>
    </w:p>
    <w:p w14:paraId="4ED4FB25" w14:textId="77777777" w:rsidR="007265B1" w:rsidRPr="002950FC" w:rsidRDefault="00000000" w:rsidP="00835221">
      <w:pPr>
        <w:pStyle w:val="Ttulo1"/>
        <w:rPr>
          <w:rFonts w:ascii="Calibri" w:hAnsi="Calibri" w:cs="Calibri"/>
          <w:sz w:val="22"/>
          <w:szCs w:val="22"/>
          <w:lang w:val="es-ES_tradnl"/>
        </w:rPr>
      </w:pPr>
      <w:r w:rsidRPr="002950FC">
        <w:rPr>
          <w:rFonts w:ascii="Calibri" w:hAnsi="Calibri" w:cs="Calibri"/>
          <w:sz w:val="22"/>
          <w:szCs w:val="22"/>
          <w:lang w:val="es-ES_tradnl"/>
        </w:rPr>
        <w:t>Autorización separada de grabación</w:t>
      </w:r>
    </w:p>
    <w:p w14:paraId="5BB3A969" w14:textId="77777777"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Marque una opción:</w:t>
      </w:r>
    </w:p>
    <w:p w14:paraId="1676FB5C" w14:textId="0CC96BFD" w:rsidR="007265B1" w:rsidRPr="002950FC" w:rsidRDefault="00000000" w:rsidP="00835221">
      <w:pPr>
        <w:rPr>
          <w:rFonts w:ascii="Calibri" w:hAnsi="Calibri" w:cs="Calibri"/>
          <w:sz w:val="22"/>
          <w:lang w:val="es-ES_tradnl"/>
        </w:rPr>
      </w:pPr>
      <w:r w:rsidRPr="002950FC">
        <w:rPr>
          <w:rFonts w:ascii="Segoe UI Symbol" w:hAnsi="Segoe UI Symbol" w:cs="Segoe UI Symbol"/>
          <w:sz w:val="22"/>
          <w:lang w:val="es-ES_tradnl"/>
        </w:rPr>
        <w:t>☐</w:t>
      </w:r>
      <w:r w:rsidRPr="002950FC">
        <w:rPr>
          <w:rFonts w:ascii="Calibri" w:hAnsi="Calibri" w:cs="Calibri"/>
          <w:sz w:val="22"/>
          <w:lang w:val="es-ES_tradnl"/>
        </w:rPr>
        <w:t xml:space="preserve"> Autorizo la grabación de mi entrevista para su transcripción y análisis.</w:t>
      </w:r>
    </w:p>
    <w:p w14:paraId="6D95C692" w14:textId="26409304" w:rsidR="007265B1" w:rsidRPr="002950FC" w:rsidRDefault="00000000" w:rsidP="00835221">
      <w:pPr>
        <w:rPr>
          <w:rFonts w:ascii="Calibri" w:hAnsi="Calibri" w:cs="Calibri"/>
          <w:sz w:val="22"/>
          <w:lang w:val="es-ES_tradnl"/>
        </w:rPr>
      </w:pPr>
      <w:r w:rsidRPr="002950FC">
        <w:rPr>
          <w:rFonts w:ascii="Segoe UI Symbol" w:hAnsi="Segoe UI Symbol" w:cs="Segoe UI Symbol"/>
          <w:sz w:val="22"/>
          <w:lang w:val="es-ES_tradnl"/>
        </w:rPr>
        <w:t>☐</w:t>
      </w:r>
      <w:r w:rsidRPr="002950FC">
        <w:rPr>
          <w:rFonts w:ascii="Calibri" w:hAnsi="Calibri" w:cs="Calibri"/>
          <w:sz w:val="22"/>
          <w:lang w:val="es-ES_tradnl"/>
        </w:rPr>
        <w:t xml:space="preserve"> No autorizo la grabación. Comprendo que el equipo confirmará si puede realizar la entrevista mediante notas.</w:t>
      </w:r>
    </w:p>
    <w:p w14:paraId="25EFBA30" w14:textId="77777777" w:rsidR="007265B1" w:rsidRPr="002950FC" w:rsidRDefault="00000000" w:rsidP="00835221">
      <w:pPr>
        <w:rPr>
          <w:rFonts w:ascii="Calibri" w:hAnsi="Calibri" w:cs="Calibri"/>
          <w:sz w:val="22"/>
          <w:lang w:val="es-ES_tradnl"/>
        </w:rPr>
      </w:pPr>
      <w:r w:rsidRPr="002950FC">
        <w:rPr>
          <w:rFonts w:ascii="Calibri" w:hAnsi="Calibri" w:cs="Calibri"/>
          <w:sz w:val="22"/>
          <w:lang w:val="es-ES_tradnl"/>
        </w:rPr>
        <w:t>Firma: ______________________________________    Fecha: ____ / ____ / ______</w:t>
      </w:r>
    </w:p>
    <w:sectPr w:rsidR="007265B1" w:rsidRPr="002950FC" w:rsidSect="00034616">
      <w:footerReference w:type="default" r:id="rId8"/>
      <w:pgSz w:w="12240" w:h="15840"/>
      <w:pgMar w:top="1008" w:right="1296" w:bottom="93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35CEDD" w14:textId="77777777" w:rsidR="004604B0" w:rsidRDefault="004604B0">
      <w:pPr>
        <w:spacing w:after="0" w:line="240" w:lineRule="auto"/>
      </w:pPr>
      <w:r>
        <w:separator/>
      </w:r>
    </w:p>
  </w:endnote>
  <w:endnote w:type="continuationSeparator" w:id="0">
    <w:p w14:paraId="69CD371E" w14:textId="77777777" w:rsidR="004604B0" w:rsidRDefault="00460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58179" w14:textId="77777777" w:rsidR="00014BE7" w:rsidRPr="00835221" w:rsidRDefault="00000000" w:rsidP="00014BE7">
    <w:pPr>
      <w:spacing w:after="40"/>
      <w:jc w:val="center"/>
      <w:rPr>
        <w:rFonts w:ascii="Calibri" w:hAnsi="Calibri" w:cs="Calibri"/>
        <w:lang w:val="es-ES_tradnl"/>
      </w:rPr>
    </w:pPr>
    <w:r w:rsidRPr="00014BE7">
      <w:rPr>
        <w:sz w:val="16"/>
        <w:lang w:val="es-ES_tradnl"/>
      </w:rPr>
      <w:t>Consentimiento informado</w:t>
    </w:r>
    <w:r w:rsidR="00014BE7" w:rsidRPr="00014BE7">
      <w:rPr>
        <w:sz w:val="16"/>
        <w:lang w:val="es-ES_tradnl"/>
      </w:rPr>
      <w:t xml:space="preserve"> entrevista </w:t>
    </w:r>
    <w:r w:rsidR="00014BE7">
      <w:rPr>
        <w:sz w:val="16"/>
        <w:lang w:val="es-ES_tradnl"/>
      </w:rPr>
      <w:br/>
    </w:r>
    <w:r w:rsidR="00014BE7" w:rsidRPr="00014BE7">
      <w:rPr>
        <w:rFonts w:ascii="Calibri" w:hAnsi="Calibri" w:cs="Calibri"/>
        <w:b/>
        <w:sz w:val="16"/>
        <w:szCs w:val="18"/>
        <w:lang w:val="es-ES_tradnl"/>
      </w:rPr>
      <w:t xml:space="preserve">Investigación: </w:t>
    </w:r>
    <w:r w:rsidR="00014BE7" w:rsidRPr="00014BE7">
      <w:rPr>
        <w:rFonts w:ascii="Calibri" w:hAnsi="Calibri" w:cs="Calibri"/>
        <w:sz w:val="16"/>
        <w:szCs w:val="18"/>
        <w:lang w:val="es-ES_tradnl"/>
      </w:rPr>
      <w:t>Percepciones académicas sobre formación y evaluación universitaria frente a la inteligencia artificial generativa</w:t>
    </w:r>
  </w:p>
  <w:p w14:paraId="603F32B1" w14:textId="1104A519" w:rsidR="007265B1" w:rsidRPr="00014BE7" w:rsidRDefault="007265B1">
    <w:pPr>
      <w:pStyle w:val="Piedepgina"/>
      <w:jc w:val="cen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063972" w14:textId="77777777" w:rsidR="004604B0" w:rsidRDefault="004604B0">
      <w:pPr>
        <w:spacing w:after="0" w:line="240" w:lineRule="auto"/>
      </w:pPr>
      <w:r>
        <w:separator/>
      </w:r>
    </w:p>
  </w:footnote>
  <w:footnote w:type="continuationSeparator" w:id="0">
    <w:p w14:paraId="5A0E023C" w14:textId="77777777" w:rsidR="004604B0" w:rsidRDefault="00460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512653039">
    <w:abstractNumId w:val="8"/>
  </w:num>
  <w:num w:numId="2" w16cid:durableId="469637169">
    <w:abstractNumId w:val="6"/>
  </w:num>
  <w:num w:numId="3" w16cid:durableId="1667897362">
    <w:abstractNumId w:val="5"/>
  </w:num>
  <w:num w:numId="4" w16cid:durableId="1350831135">
    <w:abstractNumId w:val="4"/>
  </w:num>
  <w:num w:numId="5" w16cid:durableId="834340819">
    <w:abstractNumId w:val="7"/>
  </w:num>
  <w:num w:numId="6" w16cid:durableId="744914478">
    <w:abstractNumId w:val="3"/>
  </w:num>
  <w:num w:numId="7" w16cid:durableId="1732149220">
    <w:abstractNumId w:val="2"/>
  </w:num>
  <w:num w:numId="8" w16cid:durableId="1053654224">
    <w:abstractNumId w:val="1"/>
  </w:num>
  <w:num w:numId="9" w16cid:durableId="949871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BE7"/>
    <w:rsid w:val="00034616"/>
    <w:rsid w:val="0006063C"/>
    <w:rsid w:val="00083B8F"/>
    <w:rsid w:val="0015074B"/>
    <w:rsid w:val="00191B2C"/>
    <w:rsid w:val="002950FC"/>
    <w:rsid w:val="0029639D"/>
    <w:rsid w:val="002A2850"/>
    <w:rsid w:val="00326F90"/>
    <w:rsid w:val="004604B0"/>
    <w:rsid w:val="00602EC9"/>
    <w:rsid w:val="00696B16"/>
    <w:rsid w:val="00725F34"/>
    <w:rsid w:val="007265B1"/>
    <w:rsid w:val="00835221"/>
    <w:rsid w:val="00A7416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EEFD27"/>
  <w14:defaultImageDpi w14:val="300"/>
  <w15:docId w15:val="{1913B7FB-B5D2-2347-AE66-98424818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9" w:lineRule="auto"/>
    </w:pPr>
    <w:rPr>
      <w:rFonts w:ascii="Aptos" w:hAnsi="Aptos"/>
      <w:color w:val="000000"/>
      <w:sz w:val="21"/>
    </w:rPr>
  </w:style>
  <w:style w:type="paragraph" w:styleId="Ttulo1">
    <w:name w:val="heading 1"/>
    <w:basedOn w:val="Normal"/>
    <w:next w:val="Normal"/>
    <w:link w:val="Ttulo1Car"/>
    <w:uiPriority w:val="9"/>
    <w:qFormat/>
    <w:rsid w:val="00FC693F"/>
    <w:pPr>
      <w:keepNext/>
      <w:keepLines/>
      <w:spacing w:before="180" w:after="60"/>
      <w:outlineLvl w:val="0"/>
    </w:pPr>
    <w:rPr>
      <w:rFonts w:asciiTheme="majorHAnsi" w:eastAsiaTheme="majorEastAsia" w:hAnsiTheme="majorHAnsi" w:cstheme="majorBidi"/>
      <w:b/>
      <w:bCs/>
      <w:sz w:val="23"/>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706</Words>
  <Characters>3889</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Carlos Zepeda Diaz</cp:lastModifiedBy>
  <cp:revision>4</cp:revision>
  <dcterms:created xsi:type="dcterms:W3CDTF">2026-09-29T15:07:00Z</dcterms:created>
  <dcterms:modified xsi:type="dcterms:W3CDTF">2026-09-29T15:12:00Z</dcterms:modified>
  <cp:category/>
</cp:coreProperties>
</file>